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A000EF" w14:textId="4DEAC3AE" w:rsidR="00AD19E4" w:rsidRDefault="00AD19E4" w:rsidP="00023919">
      <w:pPr>
        <w:pStyle w:val="Heading1"/>
        <w:jc w:val="center"/>
      </w:pPr>
    </w:p>
    <w:p w14:paraId="1950C26B" w14:textId="77777777" w:rsidR="00AD19E4" w:rsidRDefault="00000000">
      <w:r>
        <w:rPr>
          <w:noProof/>
        </w:rPr>
        <w:drawing>
          <wp:inline distT="0" distB="0" distL="0" distR="0" wp14:anchorId="4A3F446F" wp14:editId="78312DB0">
            <wp:extent cx="5486400" cy="54864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y Roar Plan Activity Sheet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D19E4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731347213">
    <w:abstractNumId w:val="8"/>
  </w:num>
  <w:num w:numId="2" w16cid:durableId="727000216">
    <w:abstractNumId w:val="6"/>
  </w:num>
  <w:num w:numId="3" w16cid:durableId="314115601">
    <w:abstractNumId w:val="5"/>
  </w:num>
  <w:num w:numId="4" w16cid:durableId="1262492279">
    <w:abstractNumId w:val="4"/>
  </w:num>
  <w:num w:numId="5" w16cid:durableId="409275136">
    <w:abstractNumId w:val="7"/>
  </w:num>
  <w:num w:numId="6" w16cid:durableId="683629762">
    <w:abstractNumId w:val="3"/>
  </w:num>
  <w:num w:numId="7" w16cid:durableId="1324893824">
    <w:abstractNumId w:val="2"/>
  </w:num>
  <w:num w:numId="8" w16cid:durableId="570233379">
    <w:abstractNumId w:val="1"/>
  </w:num>
  <w:num w:numId="9" w16cid:durableId="209361924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23919"/>
    <w:rsid w:val="00034616"/>
    <w:rsid w:val="0006063C"/>
    <w:rsid w:val="0015074B"/>
    <w:rsid w:val="0029639D"/>
    <w:rsid w:val="00326F90"/>
    <w:rsid w:val="00AA1D8D"/>
    <w:rsid w:val="00AD19E4"/>
    <w:rsid w:val="00AE0E11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8A82DB4"/>
  <w14:defaultImageDpi w14:val="300"/>
  <w15:docId w15:val="{FB56DA8C-0314-42EB-8F0E-AECBBF9E3F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Angela Vance</cp:lastModifiedBy>
  <cp:revision>2</cp:revision>
  <dcterms:created xsi:type="dcterms:W3CDTF">2026-01-25T02:51:00Z</dcterms:created>
  <dcterms:modified xsi:type="dcterms:W3CDTF">2026-01-25T02:51:00Z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d24a2d2c-b184-4517-9cdf-04cb1ee29d54</vt:lpwstr>
  </property>
</Properties>
</file>